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Anonymous manuscript template</w:t>
      </w:r>
    </w:p>
    <w:p>
      <w:r>
        <w:t>Journal of Knowledge and Discovery</w:t>
      </w:r>
    </w:p>
    <w:p>
      <w:r>
        <w:t>Replace the bracketed prompts with your manuscript and delete preparation instructions before submission. This is a flexible structure for research and review papers; adapt headings to your discipline. Keep author identities in the separate title page.</w:t>
      </w:r>
    </w:p>
    <w:p>
      <w:pPr>
        <w:pStyle w:val="Heading1"/>
      </w:pPr>
      <w:r>
        <w:t>Manuscript title</w:t>
      </w:r>
    </w:p>
    <w:p>
      <w:r>
        <w:t>[Insert a specific informative title]</w:t>
      </w:r>
    </w:p>
    <w:p>
      <w:pPr>
        <w:pStyle w:val="Heading1"/>
      </w:pPr>
      <w:r>
        <w:t>Article type</w:t>
      </w:r>
    </w:p>
    <w:p>
      <w:r>
        <w:t>[Select the format that describes this contribution]</w:t>
      </w:r>
    </w:p>
    <w:p>
      <w:pPr>
        <w:pStyle w:val="Heading1"/>
      </w:pPr>
      <w:r>
        <w:t>Abstract</w:t>
      </w:r>
    </w:p>
    <w:p>
      <w:r>
        <w:t>[Write 200–300 words stating the question or purpose, approach, principal findings or argument, and contribution. Avoid references and unexplained abbreviations. Do not include identifying details.]</w:t>
      </w:r>
    </w:p>
    <w:p>
      <w:pPr>
        <w:pStyle w:val="Heading1"/>
      </w:pPr>
      <w:r>
        <w:t>Keywords</w:t>
      </w:r>
    </w:p>
    <w:p>
      <w:r>
        <w:t>[Keyword 1]; [Keyword 2]; [Keyword 3]; [Keyword 4]; [optional Keyword 5]; [optional Keyword 6]</w:t>
      </w:r>
    </w:p>
    <w:p>
      <w:r>
        <w:br w:type="page"/>
      </w:r>
    </w:p>
    <w:p>
      <w:pPr>
        <w:pStyle w:val="Heading1"/>
      </w:pPr>
      <w:r>
        <w:t>Introduction</w:t>
      </w:r>
    </w:p>
    <w:p>
      <w:r>
        <w:t>[State the problem, relevant context, gap or debate, research question and contribution. Explain the paper’s organisation only if useful.]</w:t>
      </w:r>
    </w:p>
    <w:p>
      <w:pPr>
        <w:pStyle w:val="Heading1"/>
      </w:pPr>
      <w:r>
        <w:t>Literature and analytical framework</w:t>
      </w:r>
    </w:p>
    <w:p>
      <w:r>
        <w:t>[Critically engage with relevant scholarship, define key concepts and explain the framework or hypotheses. This section may be combined with the introduction.]</w:t>
      </w:r>
    </w:p>
    <w:p>
      <w:pPr>
        <w:pStyle w:val="Heading1"/>
      </w:pPr>
      <w:r>
        <w:t>Methods sources and approach</w:t>
      </w:r>
    </w:p>
    <w:p>
      <w:r>
        <w:t>[Explain the design, setting, source or participant selection, data collection and analysis. Provide enough detail to evaluate the approach. For historical or interpretive research, explain sources, context and interpretive choices.]</w:t>
      </w:r>
    </w:p>
    <w:p>
      <w:pPr>
        <w:pStyle w:val="Heading1"/>
      </w:pPr>
      <w:r>
        <w:t>Results or analysis</w:t>
      </w:r>
    </w:p>
    <w:p>
      <w:r>
        <w:t>[Present findings or develop the analysis in a logical order. Cite numbered tables and figures in the text. Distinguish evidence from interpretation and avoid duplicating all table values.]</w:t>
      </w:r>
    </w:p>
    <w:p>
      <w:pPr>
        <w:pStyle w:val="Heading1"/>
      </w:pPr>
      <w:r>
        <w:t>Discussion and limitations</w:t>
      </w:r>
    </w:p>
    <w:p>
      <w:r>
        <w:t>[Explain how the findings or argument answer the question, relate to prior scholarship and support the contribution. Consider alternative explanations, limitations and implications without overstating claims.]</w:t>
      </w:r>
    </w:p>
    <w:p>
      <w:pPr>
        <w:pStyle w:val="Heading1"/>
      </w:pPr>
      <w:r>
        <w:t>Conclusion</w:t>
      </w:r>
    </w:p>
    <w:p>
      <w:r>
        <w:t>[State the main answer and contribution, and any justified next steps. Do not introduce unsupported new results.]</w:t>
      </w:r>
    </w:p>
    <w:p>
      <w:r>
        <w:br w:type="page"/>
      </w:r>
    </w:p>
    <w:p>
      <w:pPr>
        <w:pStyle w:val="Heading1"/>
      </w:pPr>
      <w:r>
        <w:t>Declarations for review</w:t>
      </w:r>
    </w:p>
    <w:p>
      <w:r>
        <w:t>[Include anonymised funding, interests, ethics and consent, data and code availability, and AI-use statements as relevant. Place full identifying versions in the title-page file. Do not remove information essential to assessing ethical conduct.]</w:t>
      </w:r>
    </w:p>
    <w:p>
      <w:pPr>
        <w:pStyle w:val="Heading1"/>
      </w:pPr>
      <w:r>
        <w:t>References</w:t>
      </w:r>
    </w:p>
    <w:p>
      <w:r>
        <w:t>[List only sources cited in the text, using APA 7 consistently. Verify all bibliographic details and DOI links. Use your discipline’s primary-source conventions when APA does not adequately describe the source.]</w:t>
      </w:r>
    </w:p>
    <w:p>
      <w:pPr>
        <w:pStyle w:val="Heading1"/>
      </w:pPr>
      <w:r>
        <w:t>Tables and figures</w:t>
      </w:r>
    </w:p>
    <w:p>
      <w:r>
        <w:t>[Insert editable tables with titles and notes. Supply figure captions and separate publication-quality originals. Example: Table 1 Descriptive characteristics; Figure 1 Analytical framework. Replace these examples with your actual content.]</w:t>
      </w:r>
    </w:p>
    <w:p>
      <w:pPr>
        <w:pStyle w:val="Heading1"/>
      </w:pPr>
      <w:r>
        <w:t>Supplementary materials</w:t>
      </w:r>
    </w:p>
    <w:p>
      <w:r>
        <w:t>[List each file, its title, content, format and role in the analysis. Include a README and repository link where applicable.]</w:t>
      </w:r>
    </w:p>
    <w:p>
      <w:pPr>
        <w:pStyle w:val="Heading1"/>
      </w:pPr>
      <w:r>
        <w:t>Final preparation check</w:t>
      </w:r>
    </w:p>
    <w:p>
      <w:r>
        <w:t>[Remove instructions, identifying comments and tracked-change author names. Check abstract length, citations, permissions, file names and consistency with the separate title page.]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Journal of Knowledge and Discovery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JKD  |  Author preparation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Times New Roman" w:hAnsi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Times New Roman" w:hAnsi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Times New Roman" w:hAnsi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Times New Roman" w:hAnsi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Times New Roman" w:hAnsi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Times New Roman" w:hAnsi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Times New Roman" w:hAnsi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